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השפה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בסיסיים בשפה: ניב, שורש, סלנג, מילה לועזית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ושימוש בניבים עבריים נפוצים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יצירתיות וכתיבה אישית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כ״א בטבת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ביטוי קבוע שמשמעותו שונה מהמילים 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אותיות שחוזרות במילים מאותה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לתאר מכשיר חדש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מילים עתיקות שחזרו לשימוש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במשמעות הניב שונה מהמילים הבודדות 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יוצרים מילים חדשות בכל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סלנג משתנה עם הזמן ובין קבוצות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מוגדרת מילה לועזית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סלנג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לועזית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ניב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(לחשוב הרבה על פתרון)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(לנסות לעשות דבר קשה מדי בשבילך)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(להיות מוטרד או דואג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(להיות כן וישר)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(להבטיח דברים גדולים בלי לקיים)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ההכנה ליום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 לפני: להכין רשימת ניבים ומילים מתאימות לגיל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 לפני: להכין כרטיסים ופרסים קטנים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ביום עצמו: להזמין כל תלמיד לבחור מילה אהובה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אחרי האירוע: לתלות את עץ המילים ולהוסיף לו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מילה ברורה וסיבה הגיונית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יצירה מקורית קצרה שמשתמשת במילה הנבחרת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ניב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שמילה לועזית מגיעה משפה זרה ומילה ממוחזרת היא מילה עתיקה שחזרה לשימוש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רלוונטית שנלמדה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ניחוש ניבים בפנטומימה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מילים משפות נוספות שהם מכירים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בקטע הכתיבה אפשר לאפשר הקראה רשותית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השפה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ביום השפה העברית חוגגים את היופי והעושר של השפה שלנו, לומדים מילים חדשות וניבים, ומגלים איך השפה ממשיכה להתפתח גם היום.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תאריך עברי מצוין יום השפה העברית?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כ״א בטבת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כ׳ בתמוז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א׳ בניסן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ההגדרה הנכונה למילה 'ניב'?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ביטוי קבוע שמשמעותו שונה מהמילים שבו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חדשה שהומצאה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שורש במילה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חרוז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'שורש' במילה 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אותיות שחוזרות במילים מאותה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הסיומת של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האות הראשונה במילה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המשמעות ההפוכה של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מילה כמו 'מקרר' נוצרה כדי: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מכשיר חדש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להחליף ניב 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לשמש כסלנג זמני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לתאר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פרויקט 'עברית ממוחזרת' עוסק ב: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מילים עתיקות שחזרו לשימוש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מילים לועזיות חדשות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שירים קצרים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חידות מילים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ניב הוא ביטוי שאפשר להבין מילה במילה.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השפה העברית ממשיכה להתפתח ומילים חדשות נוצרות בה גם היום.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סלנג הוא חלק קבוע ובלתי משתנה בשפה.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לועזיות הן מילים שמקורן בשפות אחרות.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ביטוי קבוע שמשמעותו שונה מהמילים שבו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אותיות שחוזרות במילים מאותה משפחה נקראות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שפה יומיומית לא רשמית ומשתנה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מילה שמקורה בשפה זרה נקראת מילה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ניב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לשבור את הראש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לנסות לעשות דבר קשה מדי בשבילך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לקפוץ מעל הפופיק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להבטיח דברים גדולים בלי לקיים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לאכול את הלב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להיות כן וישר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לשים יד על הלב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להיות מוטרד או דואג מאוד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לדבר גבוהה גבוהה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לחשוב הרבה על פתרון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ההכנה ליום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עצמו: להזמין כל תלמיד לבחור מילה אהובה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האירוע: לתלות את עץ המילים ולהוסיף לו מילים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 לפני: להכין רשימת ניבים ומילים מתאימות לגיל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לפני: להכין כרטיסים ופרסים קטנים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מילה עברית אהובה עליכם, כתבו אותה והסבירו למה בחרתם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או שיר קצר (עד 4 שורות) שמשלב את המילה שבחרתם.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ניב?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מילה לועזית למילה ממוחזרת?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עברית חדשה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השפה העברית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