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🎉 רכזת חברתית – ארגז הכלים המלא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יום השפה העברית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מושגים בסיסיים בשפה: ניב, שורש, סלנג, מילה לועזית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זיהוי ושימוש בניבים עבריים נפוצים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לעודד יצירתיות וכתיבה אישית בעברית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כ״א בטבת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ביטוי קבוע שמשמעותו שונה מהמילים שבו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אותיות שחוזרות במילים מאותה משפחה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לתאר מכשיר חדש בעברית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מילים עתיקות שחזרו לשימוש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במשמעות הניב שונה מהמילים הבודדות שבו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יוצרים מילים חדשות בכל שנה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סלנג משתנה עם הזמן ובין קבוצות גיל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מוגדרת מילה לועזית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ניב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סלנג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לועזית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ניב למשמעות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(לחשוב הרבה על פתרון)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(לנסות לעשות דבר קשה מדי בשבילך)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(להיות מוטרד או דואג מאוד)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(להיות כן וישר)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(להבטיח דברים גדולים בלי לקיים)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ההכנה ליום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שבוע לפני: להכין רשימת ניבים ומילים מתאימות לגיל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יום לפני: להכין כרטיסים ופרסים קטנים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ביום עצמו: להזמין כל תלמיד לבחור מילה אהובה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אחרי האירוע: לתלות את עץ המילים ולהוסיף לו מילים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הכוללת מילה ברורה וסיבה הגיונית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יצירה מקורית קצרה שמשתמשת במילה הנבחרת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הגדרה נכונה של ניב עם דוגמה מתאימה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הבנה שמילה לועזית מגיעה משפה זרה ומילה ממוחזרת היא מילה עתיקה שחזרה לשימוש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מילה רלוונטית שנלמדה בשיעור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במשחק ניחוש ניבים בפנטומימה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תלמידים לשתף מילים משפות נוספות שהם מכירים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בקטע הכתיבה אפשר לאפשר הקראה רשותית בכיתה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🎉 רכזת חברתית – ארגז הכלים המלא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יום השפה העברית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היום הזה הוא יום מיוחד לשפה העברית. לומדים מילים חדשות, ניבים, ומבינים איך השפה משתנה עם הזמן.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ניב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ביטוי קבוע שהמשמעות שלו שונה מהמילים הבודדות בו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שורש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שלוש או ארבע אותיות שחוזרות במילים מאותה משפחה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סלנג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שפה יומיומית לא רשמית שמשתנה עם הזמן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מילה לועזית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שמקורה בשפה זרה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מילה ממוחזרת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עתיקה שחזרה לשימוש בימינו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אוצר מילים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המילים שאדם מכיר ומשתמש בהן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חרוז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שתי מילים שמסתיימות באותו צליל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מתי חוגגים את יום השפה העברית?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כ״א בטבת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ט״ו בשבט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כ׳ בתמוז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א׳ בניסן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זה ניב?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ביטוי קבוע שמשמעותו שונה מהמילים שבו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מילה חדשה שהומצאה השנה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שם של שורש במילה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סוג של חרוז בשיר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זה שורש במילה?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אותיות שחוזרות במילים מאותה משפחה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הסיומת של המילה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האות הראשונה במילה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המשמעות ההפוכה של המילה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למה הומצאה המילה מקרר?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לתאר מכשיר חדש בעברית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להחליף ניב עתיק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לשמש כסלנג זמני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לתאר רגש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במה עוסק פרויקט עברית ממוחזרת?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מילים עתיקות שחזרו לשימוש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מילים לועזיות חדשות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שירים קצרים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חידות מילים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ניב הוא ביטוי שאפשר להבין מילה במילה.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השפה העברית ממשיכה להתפתח ומילים חדשות נוצרות בה גם היום.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סלנג הוא חלק קבוע ובלתי משתנה בשפה.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מילים לועזיות הן מילים שמקורן בשפות אחרות.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ביטוי קבוע שמשמעותו שונה מהמילים שבו נקרא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אותיות שחוזרות במילים מאותה משפחה נקראות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שפה יומיומית לא רשמית ומשתנה נקראת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מילה שמקורה בשפה זרה נקראת מילה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ניב למשמעות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לשבור את הראש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להיות כן וישר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לקפוץ מעל הפופיק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להבטיח דברים גדולים בלי לקיים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לאכול את הלב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לנסות לעשות דבר קשה מדי בשבילך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לשים יד על הלב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להיות מוטרד או דואג מאוד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לדבר גבוהה גבוהה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לחשוב הרבה על פתרון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ההכנה ליום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יום לפני: להכין כרטיסים ופרסים קטנים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שבוע לפני: להכין רשימת ניבים ומילים מתאימות לגיל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אחרי האירוע: לתלות את עץ המילים ולהוסיף לו מילים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ביום עצמו: להזמין כל תלמיד לבחור מילה אהובה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מילה עברית אהובה עליכם, כתבו אותה והסבירו למה בחרתם בה.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משפט או שיר קצר (עד 4 שורות) שמשלב את המילה שבחרתם.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ניב? תנו דוגמה אחת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מילה לועזית למילה ממוחזרת?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מילה עברית חדשה שלמדתם היום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יום השפה העברית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