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בשפה: ניב, שורש, סלנג, מילה לועזית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בניבים עבריים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יצירתיות וכתיבה אישית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כ״א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ביטוי קבוע שמשמעותו שונה מהמילים שבו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במשמעות הניב שונה מהמילים הבודדות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יוצרים מילים חדשות בכל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(לחשוב הרבה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(לנסות לעשות דבר קשה מדי בשבילך)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(להיות מוטרד או דואג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(להיות כן וישר)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רשימת ניבים ומילים מתאימות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כרטיסים ופרסים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להזמין כל תלמיד לבחור מילה 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האירוע: לתלות את עץ המילים ולהוסיף לו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מילה ברורה וסיבה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ניב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שמילה לועזית מגיעה משפה זרה ומילה ממוחזרת היא מילה עתיקה שחזרה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שנלמדה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ניבים בפנטומימה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מילים משפות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 הכתיבה אפשר לאפשר הקראה רשותית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ביום השפה העברית חוגגים את היופי והעושר של השפה שלנו, לומדים מילים חדשות וניבים, ומגלים איך השפה ממשיכה להתפתח גם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ניב  ·  שורש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מצוין יום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כ״א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ההגדרה הנכונה למילה 'ניב'?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ביטוי קבוע שמשמעותו שונה מהמילים שבו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חדשה שהומצאה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שורש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ביטוי שאפשר להבין מילה במילה.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השפה העברית ממשיכה להתפתח ומילים חדשות נוצרות בה גם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ביטוי קבוע שמשמעותו שונה מהמילים שבו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אותיות שחוזרות במילים מאותה משפחה נקראות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להיות מוטרד או דואג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להיות כן וישר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הרבה על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לנסות לעשות דבר קשה מדי בשבילך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האירוע: לתלות את עץ המילים ולהוסיף לו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לפני: להכין רשימת ניבים ומילים מתאימות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לפני: להכין כרטיסים ופרסים קטנים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להזמין כל תלמיד לבחור מילה אהובה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עברית אהובה עליכם, כתבו אותה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מילה לועזית למילה ממוחזרת?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